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עיתונאית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הכתבה העיתונאית ואת מבנה הפירמידה ההפוכה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 לשון אופייניים לכתבה: מילות קישור, זמן, גוף ומשלב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פתיח שעונה על מי מה מתי איפה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לדווח על אירוע אקטואלי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גוף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מהחשוב ביותר לפחות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לדברי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הכותרת היא חלק חיוני במבנה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כתבה נכתבת בדרך כלל בגוף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תפקיד הפתיח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ציטוטים נותנים אמינות ומידע נוסף לכתבה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כותרות רבות נכתבות בהווה כדי להיות חיות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מירכאות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אקטואלי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לדברי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(מסכמת את עיקר האירוע בקצרה)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(עונה על מי מה מתי איפה 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(דברי אדם שצוטטו במירכאות)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(מהחשוב ביותר לפחות חשוב)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(מוסיפים מידע חזותי לכתבה)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מבנה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כותרת ראשית וכותרת 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פתיח שעונה על מי מה מתי איפה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פירוט מהחשוב אל הפחות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ציטוטים של עדים ומומחים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תמונה וכיתוב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 הכולל מי מה מתי איפה, בגוף שלישי ובזמן עבר, בסגנון עניני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ציטוט קצר במירכאות, מתאים לנושא השתילה והגבעה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יזהו שהמטרה היא דיווח על אירוע אקטואלי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לשתי שאלות מתוך: מי מה מתי איפה למה איך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לדברי לפי בעקבות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כתבה אמיתית מהעיתון ולבקש מהתלמידים לאתר בה את חלקי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שימוש בציטוט דמיוני אך 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הכתבה לדוגמה בקול רם לפני תחילת התרגול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עיתונאית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כתבה עיתונאית מספרת על דבר שקרה. נלמד איך בנויה כתבה ואיך מזהים אותה.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כתבה עיתונאית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שמדווח על אירוע אמיתי שקרה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הפסקה הראשונה שעונה על מי מה מתי איפה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פירמידה הפוכה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מבנה שבו כותבים קודם את החשוב ביותר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ציטוט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שאדם אמר, כתובים במירכאות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כותרת משנה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קצר מתחת לכותרת הראשית שמוסיף מידע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שלישי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על מישהו אחר, לא אני ולא אתה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משלב עניני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ברורה עם עובדות, מספרים ותאריכים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כותבים כתבה עיתונאית?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לשכנע את הקורא בדעה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לדווח על אירוע אקטואלי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סיפור דמיוני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להביע רגשות אישיים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מספר את הכתבה?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כלל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מסדרים את המידע בכתבה?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מהפחות חשוב לחשוב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מהחשוב ביותר לפחות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בסדר אלפביתי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בסדר כרונולוגי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זמן מספרים מה קרה?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מופיעה הרבה בכתבות?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לדברי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כאילו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כתבה עיתונאית צריכה לכלול כותרת ראשית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לכתוב כתבה בגוף ראשון, כמו יומן אישי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הפתיח של הכתבה עונה על מי מה מתי איפה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בכתבה עיתונאית אין צורך בציטוטים של עדים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בכותרת הכתבה אפשר להשתמש גם בזמן הווה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הפתיח של הכתבה עונה על השאלות מי מה מתי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בכתבה עיתונאית כותבים מהחשוב אל ה__________ חשוב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ציטוטים בכתבה מופיעים בתוך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כתבה עיתונאית מדווחת על אירוע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מילת הקישור __________ משמשת כדי לציין מקור מידע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כותרת ראשית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מוסיפים מידע חזותי לכתבה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פתיח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מסכמת את עיקר האירוע בקצרה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ציטוט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עונה על מי מה מתי איפה למה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פירמידה הפוכה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דברי אדם שצוטטו במירכאות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תמונה וכיתוב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מהחשוב ביותר לפחות חשוב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מבנה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 שעונה על מי מה מתי איפה למה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פירוט מהחשוב אל הפחות חשוב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ציטוטים של עדים ומומחים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וכיתוב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כותרת ראשית וכותרת משנה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פתיח קצר לכתבה עיתונאית על אירוע שקרה בבית הספר שלכם. הקפידו לענות על מי מה מתי איפה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קראו שוב את הכתבה לדוגמה על שתילת העצים וכתבו ציטוט נוסף שיכול להופיע בה, בשם של מתנדב אחר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מטרת הכתבה העיתונאית?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שתי שאלות שהפתיח צריך לענות עליהן?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למילת קישור האופיינית לכתבה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כתבה עיתונאית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