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הכתבה העיתונאית ואת מבנה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לכתבה: מילות קישור, זמן, גוף ומשלב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 שעונה על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היא חלק חיוני במבנה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כתבה נכתבת בדרך כלל בגוף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(מסכמת את עיקר האירוע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(עונה על מי מה מתי איפה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(דברי אדם שצוטטו במירכאות)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(מהחשוב ביותר לפחות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ראשית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 שעונה על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פירוט מהחשוב אל הפחות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ציטוטים של עדים ומומחים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הכולל מי מה מתי איפה, בגוף שלישי ובזמן עבר, בסגנון עניני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שהמטרה היא דיווח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שאלות מתוך: מי מה מתי איפה למה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לדברי לפי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כתבה אמיתית מהעיתון ולבקש מהתלמידים לאתר בה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בציטוט דמיוני אך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הכתבה לדוגמה בקול רם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כתבה עיתונאית היא טקסט שמטרתו לדווח על אירוע אקטואלי. בדף זה נתרגל את המבנה והסימנים שעוזרים לזהות 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פחות  ·  איפה  ·  מירכאות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כתובה כתבה עיתונאית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כתבה עיתונאית צריכה לכלול כותרת 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לכתוב כתבה בגוף ראשון, כמו 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הפתיח של הכתבה עונה על השאלות מי מה מתי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בכתבה עיתונאית כותבים מהחשוב אל ה__________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ציטוטים בכתבה מופיעים בתוך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דברי אדם שצוטטו במירכאות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מהחשוב ביותר לפחות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מסכמת את עיקר האירוע בקצרה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פירמידה הפוכה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עונה על מי מה מתי איפה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מבנה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פירוט מהחשוב אל הפחות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ראשית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ציטוטים של עדים ומומחים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 שעונה על מי מה מתי איפה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פתיח קצר לכתבה עיתונאית על אירוע שקרה בבית הספר שלכם. הקפידו לענות על מי מה מתי איפה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הכתבה העיתונאית?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 שאלות שהפתיח צריך לענות עליהן?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